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פשוט מהסיפור מאיה והאבן המאירה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מהלך הסיפור לפי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אבן 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מאירה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קצת פוחדת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האבן מאירה, היא אבן מיוחדת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מה שאומרים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המשמעות של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עם הרבה 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(חפץ קטן וקשה)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(נותנת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(אין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 לפחד)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יוצאת מהבית אל היער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מאיה הולכת בדרך בין העצים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מאיה מוצאת אבן מיוחדת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האבן מתחילה להאיר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מאיה ממשיכה בדרך עם אור מהאבן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שלושה משפטים פשוטים, משתמש במילים מהדף (יער, אבן, אור, אומץ) ושומר על מבנה משפט תקין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אבן מאירה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הסיפור לפני מילוי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עולים להיעזר במילון בארבע השפות במידת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ולתרגל קריאה בקול רם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מאיה והאבן המאירה מאיה הולכת ביער ומוצאת אבן מיוחדת שמאירה בחושך. בדף הזה נתרגל מילים וחלקים מהסיפור.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הגיבורה הראשית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קורה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מאיה מוצאת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אבן מאירה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האבן יודעת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מאירה בחושך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מאיה מרגישה כשהיא הולכת לבד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קצת פוחדת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מוצאת אבן רגילה בלי שום דבר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היער הוא מקום עם הרבה עצים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חושך הוא ההפך מאור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מפחדת קצת כשהיא הולכת ביער לבדה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מאיה הולכת אל ה__________ לבדה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האבן ש__________ מאיה מאירה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כש__________ אין אור, קשה לראות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מאיה צריכה __________ כדי להמשיך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עוזר למאיה לראות בדרך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לפחד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נותנת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עם הרבה 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חפץ קטן וקשה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אין 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מוצאת אבן מיוחדת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ממשיכה בדרך עם אור מהאבן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האבן מתחילה להאיר בחושך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הולכת בדרך בין העצים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יוצאת מהבית אל היער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מה הייתם עושים אם הייתם מוצאים אבן מאירה ביער?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הגיבורה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מאיה מצאה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ההפוכה למילה אור?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מאיה והאבן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