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פשוט מהסיפור מאיה והאבן המאירה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מאירה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קצת פוחדת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האבן מאירה, היא אבן 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שאומרים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המשמעות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קטן וקשה)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(אין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לפחד)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מהבית אל היער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הולכת בדרך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מוצאת אבן 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האבן מתחילה להאיר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מאיה ממשיכה בדרך עם אור מהאבן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פשוטים, משתמש במילים מהדף (יער, אבן, אור, אומץ) ושומר על מבנה 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להיעזר במילון בארבע השפות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ולתרגל קריאה בקול רם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מאיה הולכת ביער. היא מוצאת אבן שמאירה. נלמד מילים חדשות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קטן וקשה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נותנת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שהולכים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פוחדת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מרגישה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לפחד, להיות חזק בלב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הסיפור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מאיה רואה ולוקחת?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מאירה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מאיה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קצת פוחדת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רגילה בלי שום דבר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היער הוא מקום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חושך הוא ההפך מאור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מפחדת קצת כשהיא הולכת ביער לבדה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הולכת אל ה__________ לבדה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האבן ש__________ מאיה מאירה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כש__________ אין אור, קשה לראות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צריכה __________ כדי להמשיך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עוזר למאיה לראות בדרך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קטן וקשה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נותנת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מיוחדת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מהבית אל היער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ממשיכה בדרך עם אור מהאבן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בדרך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האבן מתחילה להאיר בחושך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מה הייתם עושים אם הייתם מוצאים אבן מאירה ביער?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הגיבורה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מצאה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ההפוכה למילה אור?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