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מאיה והאבן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פשוט מהסיפור מאיה והאבן המאירה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מהלך הסיפור לפי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אבן מאירה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האבן מאירה, היא אבן מיוחדת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מה שאומרים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(מקום עם הרבה עצים)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(חפץ קטן וקשה)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(נותנת אור)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מאיה יוצאת מהבית אל היער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מאיה הולכת בדרך בין העצים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מאיה מוצאת אבן מיוחדת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שלושה משפטים פשוטים, משתמש במילים מהדף (יער, אבן, אור, אומץ) ושומר על מבנה משפט תקין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אבן מאירה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את הסיפור לפני מילוי הדף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עולים להיעזר במילון בארבע השפות במידת הצורך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ולתרגל קריאה בקול רם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מאיה והאבן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בסיפור מאיה והאבן המאירה מאיה הולכת ביער ומוצאת אבן מיוחדת שמאירה בחושך. בדף הזה נתרגל מילים וחלקים מהסיפור.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יער  ·  מצאה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קוראים ומבינים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הגיבורה הראשית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קורה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מאיה מוצאת ביער?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אבן מאירה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מאיה מוצאת אבן רגילה בלי שום דבר מיוחד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היער הוא מקום עם הרבה עצים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מאיה הולכת אל ה__________ לבדה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האבן ש__________ מאיה מאירה בחושך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חפץ קטן וקשה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נותנת 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מאירה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עם הרבה עצים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קודם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מאיה מוצאת אבן מיוחדת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מאיה יוצאת מהבית אל היער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מאיה הולכת בדרך בין העצים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משפטים: מה הייתם עושים אם הייתם מוצאים אבן מאירה ביער?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הגיבורה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מאיה מצאה ביער?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הרפתקה ביער – מאיה והאבן המאירה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